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CFDD" w14:textId="77777777" w:rsidR="00005023" w:rsidRDefault="00005023">
      <w:pPr>
        <w:spacing w:after="80"/>
        <w:jc w:val="center"/>
        <w:rPr>
          <w:b/>
          <w:color w:val="000000"/>
          <w:sz w:val="40"/>
        </w:rPr>
      </w:pPr>
      <w:r w:rsidRPr="00005023">
        <w:rPr>
          <w:b/>
          <w:color w:val="000000"/>
          <w:sz w:val="40"/>
        </w:rPr>
        <w:drawing>
          <wp:inline distT="0" distB="0" distL="0" distR="0" wp14:anchorId="0FFFD9BA" wp14:editId="3D85E0A4">
            <wp:extent cx="6840220" cy="8843010"/>
            <wp:effectExtent l="0" t="0" r="0" b="0"/>
            <wp:docPr id="884425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42535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84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83A4A" w14:textId="77777777" w:rsidR="00005023" w:rsidRDefault="00005023">
      <w:pPr>
        <w:rPr>
          <w:b/>
          <w:color w:val="000000"/>
          <w:sz w:val="40"/>
        </w:rPr>
      </w:pPr>
      <w:r>
        <w:rPr>
          <w:b/>
          <w:color w:val="000000"/>
          <w:sz w:val="40"/>
        </w:rPr>
        <w:br w:type="page"/>
      </w:r>
    </w:p>
    <w:p w14:paraId="174667BD" w14:textId="16353ED5" w:rsidR="00C24DD9" w:rsidRDefault="00000000">
      <w:pPr>
        <w:spacing w:after="80"/>
        <w:jc w:val="center"/>
      </w:pPr>
      <w:r>
        <w:rPr>
          <w:b/>
          <w:color w:val="000000"/>
          <w:sz w:val="40"/>
        </w:rPr>
        <w:lastRenderedPageBreak/>
        <w:t>Who Am I? 我是谁？</w:t>
      </w:r>
    </w:p>
    <w:p w14:paraId="03067FAD" w14:textId="77777777" w:rsidR="00C24DD9" w:rsidRDefault="00000000">
      <w:pPr>
        <w:spacing w:after="180"/>
        <w:jc w:val="center"/>
      </w:pPr>
      <w:r>
        <w:rPr>
          <w:color w:val="000000"/>
          <w:sz w:val="25"/>
        </w:rPr>
        <w:t>读一读，把对应的人物字母写在每段旁边。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01"/>
        <w:gridCol w:w="5301"/>
      </w:tblGrid>
      <w:tr w:rsidR="00C24DD9" w:rsidRPr="00005023" w14:paraId="4A2216B1" w14:textId="77777777">
        <w:trPr>
          <w:trHeight w:val="3827"/>
        </w:trPr>
        <w:tc>
          <w:tcPr>
            <w:tcW w:w="5301" w:type="dxa"/>
            <w:tcBorders>
              <w:top w:val="single" w:sz="10" w:space="0" w:color="B7B7B7"/>
              <w:left w:val="single" w:sz="10" w:space="0" w:color="B7B7B7"/>
              <w:bottom w:val="single" w:sz="10" w:space="0" w:color="B7B7B7"/>
              <w:right w:val="single" w:sz="10" w:space="0" w:color="B7B7B7"/>
            </w:tcBorders>
            <w:shd w:val="clear" w:color="auto" w:fill="FFFF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B5CC44D" w14:textId="66A1FA08" w:rsidR="00C24DD9" w:rsidRPr="00005023" w:rsidRDefault="00000000">
            <w:pPr>
              <w:spacing w:after="60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1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. Answer</w:t>
            </w: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: ____</w:t>
            </w:r>
          </w:p>
          <w:p w14:paraId="20E37726" w14:textId="5C1B7A5E" w:rsidR="00C24DD9" w:rsidRPr="00005023" w:rsidRDefault="00000000">
            <w:pPr>
              <w:spacing w:before="40" w:after="0" w:line="300" w:lineRule="auto"/>
              <w:rPr>
                <w:rFonts w:ascii="Yu_00_DuoYinZi AutoPinyin" w:eastAsia="Yu_00_DuoYinZi AutoPinyin" w:hAnsi="Yu_00_DuoYinZi AutoPinyin"/>
                <w:sz w:val="32"/>
                <w:szCs w:val="28"/>
              </w:rPr>
            </w:pP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我叫</w:t>
            </w:r>
            <w:r w:rsidR="00005023" w:rsidRPr="00005023">
              <w:rPr>
                <w:rFonts w:ascii="Yu_Auto_Duoyinzi" w:eastAsia="Yu_Auto_Duoyinzi" w:hAnsi="Yu_Auto_Duoyinzi" w:hint="eastAsia"/>
                <w:color w:val="000000"/>
                <w:sz w:val="32"/>
                <w:szCs w:val="28"/>
                <w:lang w:eastAsia="zh-CN"/>
              </w:rPr>
              <w:t>小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明。我有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一只小狗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。我今年十二岁。我的生日是三月五号。我喜欢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打篮球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</w:t>
            </w:r>
            <w:proofErr w:type="spellStart"/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</w:rPr>
              <w:t>我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</w:rPr>
              <w:t>住在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</w:rPr>
              <w:t>北京</w:t>
            </w:r>
            <w:proofErr w:type="spellEnd"/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</w:rPr>
              <w:t>。</w:t>
            </w:r>
          </w:p>
        </w:tc>
        <w:tc>
          <w:tcPr>
            <w:tcW w:w="5301" w:type="dxa"/>
            <w:tcBorders>
              <w:top w:val="single" w:sz="10" w:space="0" w:color="B7B7B7"/>
              <w:left w:val="single" w:sz="10" w:space="0" w:color="B7B7B7"/>
              <w:bottom w:val="single" w:sz="10" w:space="0" w:color="B7B7B7"/>
              <w:right w:val="single" w:sz="10" w:space="0" w:color="B7B7B7"/>
            </w:tcBorders>
            <w:shd w:val="clear" w:color="auto" w:fill="FFFF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15EA79F" w14:textId="0277A64B" w:rsidR="00C24DD9" w:rsidRPr="00005023" w:rsidRDefault="00000000">
            <w:pPr>
              <w:spacing w:after="60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2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. 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Answer: </w:t>
            </w: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____</w:t>
            </w:r>
          </w:p>
          <w:p w14:paraId="37516F28" w14:textId="18822D1D" w:rsidR="00C24DD9" w:rsidRPr="00005023" w:rsidRDefault="00000000">
            <w:pPr>
              <w:spacing w:before="40" w:after="0" w:line="300" w:lineRule="auto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我叫</w:t>
            </w:r>
            <w:r w:rsidR="00005023" w:rsidRPr="00005023">
              <w:rPr>
                <w:rFonts w:ascii="Yu_Auto_Duoyinzi" w:eastAsia="Yu_Auto_Duoyinzi" w:hAnsi="Yu_Auto_Duoyinzi" w:hint="eastAsia"/>
                <w:color w:val="000000"/>
                <w:sz w:val="32"/>
                <w:szCs w:val="28"/>
                <w:lang w:eastAsia="zh-CN"/>
              </w:rPr>
              <w:t>小</w:t>
            </w:r>
            <w:r w:rsidR="00005023">
              <w:rPr>
                <w:rFonts w:ascii="Yu_00_DuoYinZi AutoPinyin" w:eastAsia="Yu_00_DuoYinZi AutoPinyin" w:hAnsi="Yu_00_DuoYinZi AutoPinyin" w:hint="eastAsia"/>
                <w:color w:val="000000"/>
                <w:sz w:val="32"/>
                <w:szCs w:val="28"/>
                <w:lang w:eastAsia="zh-CN"/>
              </w:rPr>
              <w:t>月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。我有三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本书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。我今年十三岁。我的生日是七月十二号。我喜欢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唱歌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住在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上海。</w:t>
            </w:r>
          </w:p>
        </w:tc>
      </w:tr>
      <w:tr w:rsidR="00C24DD9" w:rsidRPr="00005023" w14:paraId="2229BDC7" w14:textId="77777777">
        <w:trPr>
          <w:trHeight w:val="3827"/>
        </w:trPr>
        <w:tc>
          <w:tcPr>
            <w:tcW w:w="5301" w:type="dxa"/>
            <w:tcBorders>
              <w:top w:val="single" w:sz="10" w:space="0" w:color="B7B7B7"/>
              <w:left w:val="single" w:sz="10" w:space="0" w:color="B7B7B7"/>
              <w:bottom w:val="single" w:sz="10" w:space="0" w:color="B7B7B7"/>
              <w:right w:val="single" w:sz="10" w:space="0" w:color="B7B7B7"/>
            </w:tcBorders>
            <w:shd w:val="clear" w:color="auto" w:fill="FFFF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8CD50E1" w14:textId="6DD8443D" w:rsidR="00C24DD9" w:rsidRPr="00005023" w:rsidRDefault="00000000">
            <w:pPr>
              <w:spacing w:after="60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3. 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Answer: </w:t>
            </w: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____</w:t>
            </w:r>
          </w:p>
          <w:p w14:paraId="17A493A5" w14:textId="77777777" w:rsidR="00C24DD9" w:rsidRPr="00005023" w:rsidRDefault="00000000">
            <w:pPr>
              <w:spacing w:before="40" w:after="0" w:line="300" w:lineRule="auto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我叫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张伟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。我有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一只猫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。我今年十四岁。我的生日是十月二号。我喜欢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踢足球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住在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西安。</w:t>
            </w:r>
          </w:p>
        </w:tc>
        <w:tc>
          <w:tcPr>
            <w:tcW w:w="5301" w:type="dxa"/>
            <w:tcBorders>
              <w:top w:val="single" w:sz="10" w:space="0" w:color="B7B7B7"/>
              <w:left w:val="single" w:sz="10" w:space="0" w:color="B7B7B7"/>
              <w:bottom w:val="single" w:sz="10" w:space="0" w:color="B7B7B7"/>
              <w:right w:val="single" w:sz="10" w:space="0" w:color="B7B7B7"/>
            </w:tcBorders>
            <w:shd w:val="clear" w:color="auto" w:fill="FFFF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FC0D47F" w14:textId="12AF6592" w:rsidR="00C24DD9" w:rsidRPr="00005023" w:rsidRDefault="00000000">
            <w:pPr>
              <w:spacing w:after="60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4. 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Answer: </w:t>
            </w: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____</w:t>
            </w:r>
          </w:p>
          <w:p w14:paraId="43A4BE6A" w14:textId="77777777" w:rsidR="00C24DD9" w:rsidRPr="00005023" w:rsidRDefault="00000000">
            <w:pPr>
              <w:spacing w:before="40" w:after="0" w:line="300" w:lineRule="auto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我叫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陈小雨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。我有</w:t>
            </w:r>
            <w:r w:rsidRPr="00005023">
              <w:rPr>
                <w:rFonts w:ascii="Yu_01_DuoYinZi AutoPinyin" w:eastAsia="Yu_01_DuoYinZi AutoPinyin" w:hAnsi="Yu_01_DuoYinZi AutoPinyin"/>
                <w:color w:val="000000"/>
                <w:sz w:val="32"/>
                <w:szCs w:val="28"/>
                <w:lang w:eastAsia="zh-CN"/>
              </w:rPr>
              <w:t>两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支笔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。我今年十二岁。我的生日是一月二十号。我喜欢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画画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。我住在香港。</w:t>
            </w:r>
          </w:p>
        </w:tc>
      </w:tr>
      <w:tr w:rsidR="00C24DD9" w:rsidRPr="00005023" w14:paraId="19E12BFB" w14:textId="77777777">
        <w:trPr>
          <w:trHeight w:val="3827"/>
        </w:trPr>
        <w:tc>
          <w:tcPr>
            <w:tcW w:w="5301" w:type="dxa"/>
            <w:tcBorders>
              <w:top w:val="single" w:sz="10" w:space="0" w:color="B7B7B7"/>
              <w:left w:val="single" w:sz="10" w:space="0" w:color="B7B7B7"/>
              <w:bottom w:val="single" w:sz="10" w:space="0" w:color="B7B7B7"/>
              <w:right w:val="single" w:sz="10" w:space="0" w:color="B7B7B7"/>
            </w:tcBorders>
            <w:shd w:val="clear" w:color="auto" w:fill="FFFF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66249E5" w14:textId="21F54815" w:rsidR="00C24DD9" w:rsidRPr="00005023" w:rsidRDefault="00000000">
            <w:pPr>
              <w:spacing w:after="60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5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. 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Answer: </w:t>
            </w: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____</w:t>
            </w:r>
          </w:p>
          <w:p w14:paraId="73B99E6B" w14:textId="77777777" w:rsidR="00C24DD9" w:rsidRPr="00005023" w:rsidRDefault="00000000">
            <w:pPr>
              <w:spacing w:before="40" w:after="0" w:line="300" w:lineRule="auto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我叫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刘安娜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。我有一个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书包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。我今年十三岁。我的生日是五月十八号。我喜欢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游泳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。我住在北京。</w:t>
            </w:r>
          </w:p>
        </w:tc>
        <w:tc>
          <w:tcPr>
            <w:tcW w:w="5301" w:type="dxa"/>
            <w:tcBorders>
              <w:top w:val="single" w:sz="10" w:space="0" w:color="B7B7B7"/>
              <w:left w:val="single" w:sz="10" w:space="0" w:color="B7B7B7"/>
              <w:bottom w:val="single" w:sz="10" w:space="0" w:color="B7B7B7"/>
              <w:right w:val="single" w:sz="10" w:space="0" w:color="B7B7B7"/>
            </w:tcBorders>
            <w:shd w:val="clear" w:color="auto" w:fill="FFFFFF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2FF72F9" w14:textId="01835A09" w:rsidR="00C24DD9" w:rsidRPr="00005023" w:rsidRDefault="00000000">
            <w:pPr>
              <w:spacing w:after="60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6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. </w:t>
            </w:r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Answer</w:t>
            </w:r>
            <w:proofErr w:type="gramStart"/>
            <w:r w:rsidR="00005023"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: </w:t>
            </w:r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 xml:space="preserve"> _</w:t>
            </w:r>
            <w:proofErr w:type="gramEnd"/>
            <w:r w:rsidRPr="00005023">
              <w:rPr>
                <w:rFonts w:ascii="Yu_00_DuoYinZi AutoPinyin" w:eastAsia="Yu_00_DuoYinZi AutoPinyin" w:hAnsi="Yu_00_DuoYinZi AutoPinyin"/>
                <w:b/>
                <w:color w:val="000000"/>
                <w:sz w:val="32"/>
                <w:szCs w:val="28"/>
                <w:lang w:eastAsia="zh-CN"/>
              </w:rPr>
              <w:t>___</w:t>
            </w:r>
          </w:p>
          <w:p w14:paraId="0CEA76ED" w14:textId="77777777" w:rsidR="00C24DD9" w:rsidRPr="00005023" w:rsidRDefault="00000000">
            <w:pPr>
              <w:spacing w:before="40" w:after="0" w:line="300" w:lineRule="auto"/>
              <w:rPr>
                <w:rFonts w:ascii="Yu_00_DuoYinZi AutoPinyin" w:eastAsia="Yu_00_DuoYinZi AutoPinyin" w:hAnsi="Yu_00_DuoYinZi AutoPinyin"/>
                <w:sz w:val="32"/>
                <w:szCs w:val="28"/>
                <w:lang w:eastAsia="zh-CN"/>
              </w:rPr>
            </w:pP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我叫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赵天宇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。我有四个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苹果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。我今年十四岁。我的生日是九月九号。我喜欢</w:t>
            </w:r>
            <w:r w:rsidRPr="00005023">
              <w:rPr>
                <w:rFonts w:ascii="Yu_Auto_Duoyinzi" w:eastAsia="Yu_Auto_Duoyinzi" w:hAnsi="Yu_Auto_Duoyinzi"/>
                <w:color w:val="000000"/>
                <w:sz w:val="32"/>
                <w:szCs w:val="28"/>
                <w:lang w:eastAsia="zh-CN"/>
              </w:rPr>
              <w:t>听音乐</w:t>
            </w:r>
            <w:r w:rsidRPr="00005023">
              <w:rPr>
                <w:rFonts w:ascii="Yu_00_DuoYinZi AutoPinyin" w:eastAsia="Yu_00_DuoYinZi AutoPinyin" w:hAnsi="Yu_00_DuoYinZi AutoPinyin"/>
                <w:color w:val="000000"/>
                <w:sz w:val="32"/>
                <w:szCs w:val="28"/>
                <w:lang w:eastAsia="zh-CN"/>
              </w:rPr>
              <w:t>。我住在上海。</w:t>
            </w:r>
          </w:p>
        </w:tc>
      </w:tr>
    </w:tbl>
    <w:p w14:paraId="6E60F367" w14:textId="77777777" w:rsidR="008C7CE8" w:rsidRDefault="008C7CE8">
      <w:pPr>
        <w:rPr>
          <w:lang w:eastAsia="zh-CN"/>
        </w:rPr>
      </w:pPr>
    </w:p>
    <w:sectPr w:rsidR="008C7CE8" w:rsidSect="0000502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_00_DuoYinZi AutoPinyin">
    <w:panose1 w:val="02020500000000000000"/>
    <w:charset w:val="80"/>
    <w:family w:val="roman"/>
    <w:pitch w:val="variable"/>
    <w:sig w:usb0="E00002FF" w:usb1="784FC7FF" w:usb2="00000016" w:usb3="00000000" w:csb0="00160093" w:csb1="00000000"/>
  </w:font>
  <w:font w:name="Yu_Auto_Duoyinzi">
    <w:panose1 w:val="02020500000000000000"/>
    <w:charset w:val="80"/>
    <w:family w:val="roman"/>
    <w:pitch w:val="variable"/>
    <w:sig w:usb0="E00002FF" w:usb1="784FC7FF" w:usb2="00000016" w:usb3="00000000" w:csb0="00160093" w:csb1="00000000"/>
  </w:font>
  <w:font w:name="Yu_01_DuoYinZi AutoPinyin">
    <w:panose1 w:val="02020500000000000000"/>
    <w:charset w:val="80"/>
    <w:family w:val="roman"/>
    <w:pitch w:val="variable"/>
    <w:sig w:usb0="E00002FF" w:usb1="784FC7FF" w:usb2="00000016" w:usb3="00000000" w:csb0="0016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88169">
    <w:abstractNumId w:val="8"/>
  </w:num>
  <w:num w:numId="2" w16cid:durableId="1518815468">
    <w:abstractNumId w:val="6"/>
  </w:num>
  <w:num w:numId="3" w16cid:durableId="1805806453">
    <w:abstractNumId w:val="5"/>
  </w:num>
  <w:num w:numId="4" w16cid:durableId="1715495594">
    <w:abstractNumId w:val="4"/>
  </w:num>
  <w:num w:numId="5" w16cid:durableId="792094951">
    <w:abstractNumId w:val="7"/>
  </w:num>
  <w:num w:numId="6" w16cid:durableId="455027842">
    <w:abstractNumId w:val="3"/>
  </w:num>
  <w:num w:numId="7" w16cid:durableId="1983119447">
    <w:abstractNumId w:val="2"/>
  </w:num>
  <w:num w:numId="8" w16cid:durableId="591937147">
    <w:abstractNumId w:val="1"/>
  </w:num>
  <w:num w:numId="9" w16cid:durableId="468402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023"/>
    <w:rsid w:val="00034616"/>
    <w:rsid w:val="0006063C"/>
    <w:rsid w:val="0015074B"/>
    <w:rsid w:val="0029639D"/>
    <w:rsid w:val="00326F90"/>
    <w:rsid w:val="0085746F"/>
    <w:rsid w:val="008C7CE8"/>
    <w:rsid w:val="00AA1D8D"/>
    <w:rsid w:val="00B47730"/>
    <w:rsid w:val="00C24DD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DE4778"/>
  <w14:defaultImageDpi w14:val="300"/>
  <w15:docId w15:val="{3A813E26-95BD-4B66-8A17-432999CE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Microsoft YaHei" w:eastAsia="Microsoft YaHei" w:hAnsi="Microsoft YaHei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Vanessa Chen</cp:lastModifiedBy>
  <cp:revision>2</cp:revision>
  <dcterms:created xsi:type="dcterms:W3CDTF">2013-12-23T23:15:00Z</dcterms:created>
  <dcterms:modified xsi:type="dcterms:W3CDTF">2026-10-07T04:08:00Z</dcterms:modified>
  <cp:category/>
</cp:coreProperties>
</file>